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מרוץ נכון או לא נכון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טענות נכונות ושגויות ותיקונן.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https://historia-et-hachadasha.sites.tab.bot/merotz.html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המשפטים לקוחים מ"מרוץ נכון/לא נכון" באתר; התיקונים זהים לתיקונים במשחק.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לוק טען שהשלטון נשען על הסכמת העם ושמותר להחליף שלטון הפוגע בזכויות.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ג'יימס וואט שיפר את מנוע הקיטור.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מנדלסון תרגם את התורה לגרמנית באותיות עבריות.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מתקנים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לוק טען שהשלטון נשען על הסכמת העם ושמותר להחליף שלטון הפוגע בזכויות.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ג'יימס וואט שיפר את מנוע הקיטור.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מרוץ נכון או לא נכון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נכון  |  לא נכון  |  מונטסקייה  |  קאנט  |  מנדלסון  |  קיטור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מונטסקייה הציע את הפרדת הרשויות.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לוק טען שלמלך יש סמכות מאלוהים שאין לערער עליה.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צרפת הייתה הראשונה באירופה שהעניקה ליהודים שוויון מלא.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נפוליאון כינס את אספת הנכבדים ב-1806.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המהפכה התעשייתית החלה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ג'יימס וואט המציא את הרכבת החשמלית.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תנועת ההשכלה החלה בברלין.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מנדלסון תרגם את התורה לצרפתית.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המשפט לא נכון. כתבו אותו נכון.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לוק טען שלמלך יש סמכות מאלוהים שאין לערער עליה.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ג'יימס וואט המציא את הרכבת החשמלית.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משפט נכון אחד על נושא שלמדתם.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שבטוח/ה שהוא נכון: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שבלבל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במרוץ?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מרוץ נכון או לא נכון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