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מרוץ נכון או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טענות נכונות ושגויות ותיקונן.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https://historia-et-hachadasha.sites.tab.bot/merotz.html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המשפטים לקוחים מ"מרוץ נכון/לא נכון" באתר; התיקונים זהים לתיקונים במשחק.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נאורות ואמנציפציה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לוק טען שהשלטון נשען על הסכמת העם ושמותר להחליף שלטון הפוגע בזכויות.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הנאורות התפתחה בעיקר במאה ה-18.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'האנציקלופדיה' נערכה בידי דידרו וד'אלמבר.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יהודי רוסיה קיבלו שוויון רק ב-1917; ב-1871 קיבלו שוויון יהודי גרמניה המאוחדת.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מהפכה תעשייתית והשכלה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ג'יימס וואט שיפר את מנוע הקיטור.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בערים התעשייתיות שררו צפיפות ותנאי תברואה גרועים.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ילדים הועסקו במפעלים בשכר נמוך ובתנאים מסוכנים.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מנדלסון תרגם את התורה לגרמנית באותיות עבריות.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רבנים רבים התנגדו להשכלה מחשש להתבוללות.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מתקנים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 טען שהשלטון נשען על הסכמת העם ושמותר להחליף שלטון הפוגע בזכויות.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הנאורות התפתחה בעיקר במאה ה-18.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'האנציקלופדיה' נערכה בידי דידרו וד'אלמבר.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 משפטים למרוץ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🏁 מרוץ נכון או לא נכון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נאורות ואמנציפציה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 הציע את הפרדת הרשויות.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לוק טען שלמלך יש סמכות מאלוהים שאין לערער עליה.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רוסו כתב את 'האמנה החברתית'.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הנאורות התפתחה בעיקר במאה ה-15.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קאנט טבע את הסיסמה 'העזו לדעת'.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'האנציקלופדיה' נערכה בידי וולטר בלבד.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צרפת הייתה הראשונה באירופה שהעניקה ליהודים שוויון מלא.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נפוליאון כינס את אספת הנכבדים ב-1806.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יהודי רוסיה קיבלו אמנציפציה ב-1871.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האמנציפציה דרשה מהיהודים לוותר על האוטונומיה הקהילתית.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מהפכה תעשייתית והשכלה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התעשייתית החלה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 המציא את הרכבת החשמלית.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ענף הטקסטיל היה מהראשונים שעברו מיכון.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בערים התעשייתיות היו תנאי תברואה מצוינים.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סמית תמך בשוק חופשי.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עבודת ילדים לא הייתה קיימת במפעלים.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תנועת ההשכלה החלה בברלין.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מנדלסון תרגם את התורה לצרפתית.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'המאסף' היה כתב עת עברי של המשכילים.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הרבנים תמכו בהשכלה.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מתקנים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כל משפט כאן לא נכון. כתבו אותו מחדש כך שיהיה נכון.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לוק טען שלמלך יש סמכות מאלוהים שאין לערער עליה.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הנאורות התפתחה בעיקר במאה ה-15.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'האנציקלופדיה' נערכה בידי וולטר בלבד.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משפטים למרוץ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שני משפטים משלכם על הנושאים – אחד נכון ואחד לא נכון – וכתבו גם את התיקון.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שבטוח/ה שהוא נכון: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שבלבל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במרוץ?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מרוץ נכון או לא נכון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