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 אני? – 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דמויות מרכזיות לפי רמזים ושיוכן לנושא.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https://historia-et-hachadasha.sites.tab.bot/mi-ani.html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הרמזים לקוחים מהמשחק "מי אני?"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אני?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ז'אן-ז'ק רוסו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וולטר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עמנואל קאנט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נפוליאון בונפרטה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ג'יימס וואט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יהודה לייב גורדון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לאיזה נושא שייכת הדמות?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מונטסקייה, ז'אן-ז'ק רוסו, וולטר, עמנואל קאנט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האמנציפציה – שוויון זכויות ליהודים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בונפרטה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ההשכלה היהודית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יהודה לייב גורדון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רמז שלישי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הצעתי לחלק את השלטון לשלוש רשויות.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כתבתי את 'האמנה החברתית' (1762).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נאבקתי למען חופש ביטוי ונגד רדיפה דתית.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סיסמתי: 'העזו לדעת!'.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כינסתי סנהדרין בפריז ב-1807.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שיפרתי את מנוע הקיטור ורשמתי עליו פטנט ב-1769.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"מי אני?" משלכם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מי אני? – דמויות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 אני?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הרמזים והקיפו את שם הדמות.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אני אציל צרפתי שחקר חוקים של עמים רבים. · ספרי 'רוח החוקים' יצא לאור ב-1748.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ז'אן-ז'ק רוסו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נולדתי בז'נבה וכתבתי גם על חינוך ילדים. · טענתי שהחוק צריך לבטא את 'הרצון הכללי'.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ג'יימס וואט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נפוליאון בונפרטה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ז'אן-ז'ק רוסו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זה שם העט שלי, ושמי האמיתי שונה. · כתבתי מסה על הסובלנות.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ז'אן-ז'ק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יהודה לייב גורדון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וולטר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ג'יימס וואט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חייתי כל חיי בקניגסברג. · ב-1784 עניתי לשאלה 'מהי נאורות?'.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נפוליאון בונפרטה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עמנואל קאנט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וולטר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הפצתי את חוקי צרפת בארצות שכבשתי. · שאלתי נכבדים יהודים אם הם רואים בצרפתים אחים.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נפוליאון בונפרטה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ז'אן-ז'ק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ג'יימס וואט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מונטסקייה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הייתי בונה מכשירים באוניברסיטה בסקוטלנד. · על שמי נקראת יחידת הספק.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יהודה לייב גורדון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ג'יימס וואט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נפוליאון בונפרטה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מונטסקייה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הגעתי לברלין כנער עני. · זכיתי לכינוי 'סוקרטס היהודי'.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ז'אן-ז'ק רוסו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עמנואל קאנט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ג'יימס וואט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הייתי משורר ומזכיר קהילה בסנקט פטרבורג. · ביקרתי בשיריי את מנהיגות הקהילה המסורתית. – מי אני?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משה מנדלסון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מונטסקייה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יהודה לייב גורדון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נפוליאון בונפרטה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לאיזה נושא שייכת הדמות?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שם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מונטסקייה  |  ג'יימס וואט  |  יהודה לייב גורדון  |  עמנואל קאנט  |  וולטר  |  נפוליאון בונפרטה  |  ז'אן-ז'ק רוסו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עידן הנאורות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האמנציפציה – שוויון זכויות ליהודים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המהפכה התעשייתית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תנועת ההשכלה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רמז שלישי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הדמות לרמז השלישי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מונטסקייה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נאבקתי למען חופש ביטוי ונגד רדיפה דתית.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ז'אן-ז'ק רוסו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כתבתי את 'האמנה החברתית' (1762).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שיפרתי את מנוע הקיטור ורשמתי עליו פטנט ב-1769.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עמנואל קאנט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כינסתי סנהדרין בפריז ב-1807.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בונפרטה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סיסמתי: 'העזו לדעת!'.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הצעתי לחלק את השלטון לשלוש רשויות.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"מי אני?" משלכם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דמות מהיחידות באתר וכתבו עליה 3 רמזים בגוף ראשון, מהקשה לקל. חברים וחברות ינחשו!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רמז 1 – קשה (מתי ואיפה חי/ה).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רמז 2 – בינוני (מה עשה/תה).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רמז 3 – קל (רעיון או ספר מפורסם).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הדמות שהכי מעניינת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שהיא עשתה: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שואל/ת אותה: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אני? – דמויות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